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שחלם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האירועים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איש שחלם על מדינה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מדינה לעם היהודי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חי לפני כמאה שנה, לא בתקופת התנ״ך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(אסיפה גדולה של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שבו הרצל כתב את חלומו)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ששייך לעם)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כתב את חלומו בספר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ארגן את הקונגרס הציוני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חלם שלעם היהודי תהיה מדינה משלו, מולדת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שחלם על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קונגרס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של הרצל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להשתמש בסעיפים המסומנים כקלים יותר לכיתות 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איש שחלם שיהיה למדינה משלו ולעם היהודי תהיה מולדת. בדף הזה נתרגל מה אנחנו יודעים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מדינה  ·  ספר  ·  קונגרס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היה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איש שחלם על מדינה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מלך קדום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חייל ברומא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חלם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מדינה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בית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רצה שלעם היהודי תהיה מדינה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היה מלך בתנ״ך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חלם שליהודים תהיה __________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ארגן אסיפה גדולה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הרצל כתב את החלום שלו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אסיפה גדולה של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שבו הרצל כתב את חלומו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ששייך לעם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חלם על מדינה ליהודים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את חלומו בספר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ארגן את הקונגרס הציוני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וספרו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במילים שלכם: על מה חלם הרצל?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על מה הוא חלם?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