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שחלם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האירועים בחייו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איש שחלם על מדינה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קונגרס 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החלום שלו על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אם תרצו אין זו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חי לפני כמאה שנה, לא בתקופת התנ״ך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הקונגרס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תיאר בספר את הרעיון למדינה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חי לפני שהוקמה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קונגרס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(חלם על מדינה ליהודים)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(אסיפה גדולה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שבו הרצל כתב את חלומו)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ששייך לעם)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כתב את חלומו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ארגן את הקונגרס הציוני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נפטר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הוקמה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וספרו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חלם שלעם היהודי תהיה מדינה משלו, מולדת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עזר לרעיון של מדינת ישראל להתחיל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שחלם על מדינה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קונגרס 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רם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תמונה של הרצל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להשתמש בסעיפים המסומנים כקלים יותר לכיתות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איש שחלם שיהיה למדינה משלו ולעם היהודי תהיה מולדת. בדף הזה נתרגל מה אנחנו יודעים עליו.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היה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 שחלם על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מלך קדום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מהסיפור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חלם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לאסיפה הגדולה שהרצל ארגן?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קונגרס ציוני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שנתי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הרצל כתב בספר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החלום שלו על 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על 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ידוע קשור להרצל?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תרצו אין זו אגדה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שלום לך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הלילה ליל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 שמש מסביב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רצה שלעם היהודי תהיה מדינה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מלך בתנ״ך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אסיפה גדולה לדבר על הרעיון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ספר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גר בתוך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חלם שליהודים תהיה __________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ארגן אסיפה גדולה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כתב את החלום שלו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הידוע הוא: אם תרצו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אסיפה גדולה של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קונגרס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הרצל כתב את חלומו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ששייך לעם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חלם על מדינה ליהודים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ארגן את הקונגרס הציוני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הוקמה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חלומו בספר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וספרו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במילים שלכם: על מה חלם הרצל?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לזכור את הרצל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מה הוא חלם?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קוראים לאסיפה שהוא ארגן?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